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953A0" w14:textId="34BBF8AF" w:rsidR="00E44350" w:rsidRPr="009554AF" w:rsidRDefault="00EF3D19">
      <w:pPr>
        <w:spacing w:after="40"/>
        <w:jc w:val="center"/>
        <w:rPr>
          <w:rFonts w:cs="Tahoma"/>
          <w:lang w:val="it-IT"/>
        </w:rPr>
      </w:pPr>
      <w:r w:rsidRPr="009554AF">
        <w:rPr>
          <w:rFonts w:cs="Tahoma"/>
          <w:b/>
          <w:lang w:val="it-IT"/>
        </w:rPr>
        <w:t>ALLEGATO B – DOMANDA DI CONTRIBUTO</w:t>
      </w:r>
    </w:p>
    <w:p w14:paraId="6A2A0D3F" w14:textId="63F0FBDE" w:rsidR="00E44350" w:rsidRPr="0059083B" w:rsidRDefault="00EF3D19" w:rsidP="0059083B">
      <w:pPr>
        <w:spacing w:after="200"/>
        <w:jc w:val="center"/>
        <w:rPr>
          <w:rFonts w:cs="Tahoma"/>
          <w:b/>
          <w:lang w:val="it-IT"/>
        </w:rPr>
      </w:pPr>
      <w:r w:rsidRPr="009554AF">
        <w:rPr>
          <w:rFonts w:cs="Tahoma"/>
          <w:b/>
          <w:lang w:val="it-IT"/>
        </w:rPr>
        <w:t xml:space="preserve">TRASPORTO SCOLASTICO AUTOGESTITO – </w:t>
      </w:r>
      <w:r w:rsidR="0059083B">
        <w:rPr>
          <w:rFonts w:cs="Tahoma"/>
          <w:b/>
          <w:lang w:val="it-IT"/>
        </w:rPr>
        <w:t>CLASSE PRIMA PRIMARIA PLESSO DI</w:t>
      </w:r>
      <w:r w:rsidRPr="009554AF">
        <w:rPr>
          <w:rFonts w:cs="Tahoma"/>
          <w:b/>
          <w:lang w:val="it-IT"/>
        </w:rPr>
        <w:t xml:space="preserve"> BELLANO – A.S. 2026/2027</w:t>
      </w:r>
    </w:p>
    <w:p w14:paraId="41CEB704" w14:textId="77777777" w:rsidR="009554AF" w:rsidRDefault="009554AF" w:rsidP="00E45310">
      <w:pPr>
        <w:spacing w:after="0"/>
        <w:jc w:val="right"/>
        <w:rPr>
          <w:rFonts w:cs="Tahoma"/>
          <w:lang w:val="it-IT"/>
        </w:rPr>
      </w:pPr>
    </w:p>
    <w:p w14:paraId="6A4B07D8" w14:textId="0DD86606" w:rsidR="00E44350" w:rsidRPr="009554AF" w:rsidRDefault="00EF3D19" w:rsidP="00E45310">
      <w:pPr>
        <w:spacing w:after="0"/>
        <w:jc w:val="right"/>
        <w:rPr>
          <w:rFonts w:cs="Tahoma"/>
          <w:lang w:val="it-IT"/>
        </w:rPr>
      </w:pPr>
      <w:r w:rsidRPr="009554AF">
        <w:rPr>
          <w:rFonts w:cs="Tahoma"/>
          <w:lang w:val="it-IT"/>
        </w:rPr>
        <w:t>Al Comune di D</w:t>
      </w:r>
      <w:r w:rsidR="004D53F5" w:rsidRPr="009554AF">
        <w:rPr>
          <w:rFonts w:cs="Tahoma"/>
          <w:lang w:val="it-IT"/>
        </w:rPr>
        <w:t>ervio</w:t>
      </w:r>
    </w:p>
    <w:p w14:paraId="5B78E121" w14:textId="133D302E" w:rsidR="00E44350" w:rsidRPr="009554AF" w:rsidRDefault="00EF3D19" w:rsidP="00E45310">
      <w:pPr>
        <w:spacing w:after="0"/>
        <w:jc w:val="right"/>
        <w:rPr>
          <w:rFonts w:cs="Tahoma"/>
          <w:lang w:val="it-IT"/>
        </w:rPr>
      </w:pPr>
      <w:r w:rsidRPr="009554AF">
        <w:rPr>
          <w:rFonts w:cs="Tahoma"/>
          <w:lang w:val="it-IT"/>
        </w:rPr>
        <w:t xml:space="preserve">Ufficio Protocollo – </w:t>
      </w:r>
      <w:r w:rsidR="004D53F5" w:rsidRPr="009554AF">
        <w:rPr>
          <w:rFonts w:cs="Tahoma"/>
          <w:lang w:val="it-IT"/>
        </w:rPr>
        <w:t>Piazza Quattro Novembre 3</w:t>
      </w:r>
      <w:r w:rsidRPr="009554AF">
        <w:rPr>
          <w:rFonts w:cs="Tahoma"/>
          <w:lang w:val="it-IT"/>
        </w:rPr>
        <w:t>, 23824 D</w:t>
      </w:r>
      <w:r w:rsidR="004D53F5" w:rsidRPr="009554AF">
        <w:rPr>
          <w:rFonts w:cs="Tahoma"/>
          <w:lang w:val="it-IT"/>
        </w:rPr>
        <w:t>ervi</w:t>
      </w:r>
      <w:r w:rsidRPr="009554AF">
        <w:rPr>
          <w:rFonts w:cs="Tahoma"/>
          <w:lang w:val="it-IT"/>
        </w:rPr>
        <w:t>o (LC)</w:t>
      </w:r>
    </w:p>
    <w:p w14:paraId="62A476BB" w14:textId="2780F83C" w:rsidR="00E45310" w:rsidRPr="009554AF" w:rsidRDefault="00EF3D19" w:rsidP="004D53F5">
      <w:pPr>
        <w:spacing w:after="0"/>
        <w:jc w:val="right"/>
        <w:rPr>
          <w:rFonts w:cs="Tahoma"/>
          <w:lang w:val="it-IT"/>
        </w:rPr>
      </w:pPr>
      <w:r w:rsidRPr="009554AF">
        <w:rPr>
          <w:rFonts w:cs="Tahoma"/>
          <w:lang w:val="it-IT"/>
        </w:rPr>
        <w:t xml:space="preserve">e-mail: </w:t>
      </w:r>
      <w:r w:rsidR="00E45310" w:rsidRPr="009554AF">
        <w:rPr>
          <w:rFonts w:cs="Tahoma"/>
          <w:lang w:val="it-IT"/>
        </w:rPr>
        <w:t>info@comune.d</w:t>
      </w:r>
      <w:r w:rsidR="004D53F5" w:rsidRPr="009554AF">
        <w:rPr>
          <w:rFonts w:cs="Tahoma"/>
          <w:lang w:val="it-IT"/>
        </w:rPr>
        <w:t>ervio</w:t>
      </w:r>
      <w:r w:rsidR="00E45310" w:rsidRPr="009554AF">
        <w:rPr>
          <w:rFonts w:cs="Tahoma"/>
          <w:lang w:val="it-IT"/>
        </w:rPr>
        <w:t>.lc.it</w:t>
      </w:r>
      <w:r w:rsidRPr="009554AF">
        <w:rPr>
          <w:rFonts w:cs="Tahoma"/>
          <w:lang w:val="it-IT"/>
        </w:rPr>
        <w:t xml:space="preserve"> </w:t>
      </w:r>
    </w:p>
    <w:p w14:paraId="47618BE6" w14:textId="35F1AB0C" w:rsidR="00E44350" w:rsidRDefault="00EF3D19" w:rsidP="00E45310">
      <w:pPr>
        <w:spacing w:after="200"/>
        <w:jc w:val="right"/>
        <w:rPr>
          <w:rFonts w:cs="Tahoma"/>
          <w:lang w:val="it-IT"/>
        </w:rPr>
      </w:pPr>
      <w:r w:rsidRPr="009554AF">
        <w:rPr>
          <w:rFonts w:cs="Tahoma"/>
          <w:lang w:val="it-IT"/>
        </w:rPr>
        <w:t xml:space="preserve">PEC: </w:t>
      </w:r>
      <w:hyperlink r:id="rId8" w:history="1">
        <w:r w:rsidR="009554AF" w:rsidRPr="00C5574B">
          <w:rPr>
            <w:rStyle w:val="Collegamentoipertestuale"/>
            <w:rFonts w:cs="Tahoma"/>
            <w:lang w:val="it-IT"/>
          </w:rPr>
          <w:t>comune.dervio@pec.regione.lombardia.it</w:t>
        </w:r>
      </w:hyperlink>
    </w:p>
    <w:p w14:paraId="0440D964" w14:textId="4F04813A" w:rsidR="00E44350" w:rsidRPr="009554AF" w:rsidRDefault="00EF3D19" w:rsidP="00632ADC">
      <w:pPr>
        <w:spacing w:after="0" w:line="360" w:lineRule="auto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 xml:space="preserve">Il/La sottoscritto/a _________________________, nato/a </w:t>
      </w:r>
      <w:proofErr w:type="spellStart"/>
      <w:r w:rsidRPr="009554AF">
        <w:rPr>
          <w:rFonts w:cs="Tahoma"/>
          <w:lang w:val="it-IT"/>
        </w:rPr>
        <w:t>a</w:t>
      </w:r>
      <w:proofErr w:type="spellEnd"/>
      <w:r w:rsidRPr="009554AF">
        <w:rPr>
          <w:rFonts w:cs="Tahoma"/>
          <w:lang w:val="it-IT"/>
        </w:rPr>
        <w:t xml:space="preserve"> _______________ il ____________, residente in D</w:t>
      </w:r>
      <w:r w:rsidR="004D53F5" w:rsidRPr="009554AF">
        <w:rPr>
          <w:rFonts w:cs="Tahoma"/>
          <w:lang w:val="it-IT"/>
        </w:rPr>
        <w:t>ervi</w:t>
      </w:r>
      <w:r w:rsidRPr="009554AF">
        <w:rPr>
          <w:rFonts w:cs="Tahoma"/>
          <w:lang w:val="it-IT"/>
        </w:rPr>
        <w:t>o, via ______________________, C.F. ____________________, tel. _____________, e-mail/PEC _______________</w:t>
      </w:r>
      <w:r w:rsidR="00632ADC">
        <w:rPr>
          <w:rFonts w:cs="Tahoma"/>
          <w:lang w:val="it-IT"/>
        </w:rPr>
        <w:t>_____</w:t>
      </w:r>
      <w:r w:rsidRPr="009554AF">
        <w:rPr>
          <w:rFonts w:cs="Tahoma"/>
          <w:lang w:val="it-IT"/>
        </w:rPr>
        <w:t>_____, in qualità di genitore / esercente la responsabilità genitoriale del/dei minore/i di seguito indicato/i,</w:t>
      </w:r>
    </w:p>
    <w:p w14:paraId="46E074D8" w14:textId="77777777" w:rsidR="00E44350" w:rsidRPr="009554AF" w:rsidRDefault="00EF3D19">
      <w:pPr>
        <w:spacing w:after="160"/>
        <w:jc w:val="center"/>
        <w:rPr>
          <w:rFonts w:cs="Tahoma"/>
          <w:lang w:val="it-IT"/>
        </w:rPr>
      </w:pPr>
      <w:r w:rsidRPr="009554AF">
        <w:rPr>
          <w:rFonts w:cs="Tahoma"/>
          <w:b/>
          <w:lang w:val="it-IT"/>
        </w:rPr>
        <w:t>C H I E D E</w:t>
      </w:r>
    </w:p>
    <w:p w14:paraId="2BEF600E" w14:textId="4B653563" w:rsidR="00E44350" w:rsidRPr="009554AF" w:rsidRDefault="00EF3D19">
      <w:pPr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la concessione del contributo economico per il trasporto scolastico autogestito per il/i seguente/i minore/i: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888"/>
        <w:gridCol w:w="1984"/>
        <w:gridCol w:w="1437"/>
        <w:gridCol w:w="1437"/>
      </w:tblGrid>
      <w:tr w:rsidR="00E45310" w:rsidRPr="009554AF" w14:paraId="40D89777" w14:textId="73524422" w:rsidTr="00FF7673">
        <w:trPr>
          <w:trHeight w:val="624"/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44CDE8" w14:textId="77777777" w:rsidR="00E45310" w:rsidRPr="009554AF" w:rsidRDefault="00E45310" w:rsidP="00E45310">
            <w:pPr>
              <w:spacing w:after="40"/>
              <w:jc w:val="center"/>
              <w:rPr>
                <w:rFonts w:cs="Tahoma"/>
                <w:lang w:val="it-IT"/>
              </w:rPr>
            </w:pPr>
            <w:r w:rsidRPr="009554AF">
              <w:rPr>
                <w:rFonts w:cs="Tahoma"/>
                <w:b/>
                <w:lang w:val="it-IT"/>
              </w:rPr>
              <w:t>Cognome e nome del minore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C086E" w14:textId="77777777" w:rsidR="00E45310" w:rsidRPr="009554AF" w:rsidRDefault="00E45310" w:rsidP="00E45310">
            <w:pPr>
              <w:spacing w:after="40"/>
              <w:jc w:val="center"/>
              <w:rPr>
                <w:rFonts w:cs="Tahoma"/>
                <w:lang w:val="it-IT"/>
              </w:rPr>
            </w:pPr>
            <w:r w:rsidRPr="009554AF">
              <w:rPr>
                <w:rFonts w:cs="Tahoma"/>
                <w:b/>
                <w:lang w:val="it-IT"/>
              </w:rPr>
              <w:t>Data di nascita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C6B49" w14:textId="16A6496F" w:rsidR="00E45310" w:rsidRPr="009554AF" w:rsidRDefault="00E45310" w:rsidP="00E45310">
            <w:pPr>
              <w:spacing w:after="40"/>
              <w:jc w:val="center"/>
              <w:rPr>
                <w:rFonts w:cs="Tahoma"/>
                <w:lang w:val="it-IT"/>
              </w:rPr>
            </w:pPr>
            <w:r w:rsidRPr="009554AF">
              <w:rPr>
                <w:rFonts w:cs="Tahoma"/>
                <w:b/>
                <w:lang w:val="it-IT"/>
              </w:rPr>
              <w:t>Plesso frequentato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C84CB" w14:textId="77777777" w:rsidR="00E45310" w:rsidRPr="009554AF" w:rsidRDefault="00E45310" w:rsidP="00E45310">
            <w:pPr>
              <w:spacing w:after="40"/>
              <w:jc w:val="center"/>
              <w:rPr>
                <w:rFonts w:cs="Tahoma"/>
                <w:lang w:val="it-IT"/>
              </w:rPr>
            </w:pPr>
            <w:r w:rsidRPr="009554AF">
              <w:rPr>
                <w:rFonts w:cs="Tahoma"/>
                <w:b/>
                <w:lang w:val="it-IT"/>
              </w:rPr>
              <w:t>Classe e sezione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F3F34" w14:textId="4D0AE7F0" w:rsidR="00E45310" w:rsidRPr="009554AF" w:rsidRDefault="00E45310" w:rsidP="00E45310">
            <w:pPr>
              <w:spacing w:after="40"/>
              <w:jc w:val="center"/>
              <w:rPr>
                <w:rFonts w:cs="Tahoma"/>
                <w:lang w:val="it-IT"/>
              </w:rPr>
            </w:pPr>
            <w:r w:rsidRPr="009554AF">
              <w:rPr>
                <w:rFonts w:cs="Tahoma"/>
                <w:b/>
                <w:lang w:val="it-IT"/>
              </w:rPr>
              <w:t xml:space="preserve">Orario di ingresso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CCE5A" w14:textId="445DA6A3" w:rsidR="00E45310" w:rsidRPr="009554AF" w:rsidRDefault="00E45310" w:rsidP="00E45310">
            <w:pPr>
              <w:spacing w:after="40"/>
              <w:jc w:val="center"/>
              <w:rPr>
                <w:rFonts w:cs="Tahoma"/>
                <w:b/>
                <w:lang w:val="it-IT"/>
              </w:rPr>
            </w:pPr>
            <w:r w:rsidRPr="009554AF">
              <w:rPr>
                <w:rFonts w:cs="Tahoma"/>
                <w:b/>
                <w:lang w:val="it-IT"/>
              </w:rPr>
              <w:t>Orario di uscita</w:t>
            </w:r>
          </w:p>
        </w:tc>
      </w:tr>
      <w:tr w:rsidR="00E45310" w:rsidRPr="009554AF" w14:paraId="4AF9ADE0" w14:textId="2455323B" w:rsidTr="00FF7673">
        <w:trPr>
          <w:trHeight w:val="624"/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78772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540ABC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2CC4D6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80700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19339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74CB9C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</w:tr>
      <w:tr w:rsidR="00E45310" w:rsidRPr="009554AF" w14:paraId="5F3C6BE7" w14:textId="62B41921" w:rsidTr="00FF7673">
        <w:trPr>
          <w:trHeight w:val="624"/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03EBE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C3ED18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B850A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DBA9DF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0B6AA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34F1C3" w14:textId="77777777" w:rsidR="00E45310" w:rsidRPr="009554AF" w:rsidRDefault="00E45310">
            <w:pPr>
              <w:spacing w:after="40"/>
              <w:rPr>
                <w:rFonts w:cs="Tahoma"/>
                <w:lang w:val="it-IT"/>
              </w:rPr>
            </w:pPr>
          </w:p>
        </w:tc>
      </w:tr>
    </w:tbl>
    <w:p w14:paraId="1C86F4F6" w14:textId="77777777" w:rsidR="00E44350" w:rsidRPr="009554AF" w:rsidRDefault="00EF3D19">
      <w:pPr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A tal fine, ai sensi degli artt. 46 e 47 del D.P.R. 445/2000, consapevole delle sanzioni penali previste dall’art. 76 in caso di dichiarazioni mendaci,</w:t>
      </w:r>
    </w:p>
    <w:p w14:paraId="00703A04" w14:textId="77777777" w:rsidR="00E44350" w:rsidRPr="009554AF" w:rsidRDefault="00EF3D19">
      <w:pPr>
        <w:spacing w:after="160"/>
        <w:jc w:val="center"/>
        <w:rPr>
          <w:rFonts w:cs="Tahoma"/>
          <w:lang w:val="it-IT"/>
        </w:rPr>
      </w:pPr>
      <w:r w:rsidRPr="009554AF">
        <w:rPr>
          <w:rFonts w:cs="Tahoma"/>
          <w:b/>
          <w:lang w:val="it-IT"/>
        </w:rPr>
        <w:t>D I C H I A R A</w:t>
      </w:r>
    </w:p>
    <w:p w14:paraId="6C6E6B37" w14:textId="36102405" w:rsidR="00E44350" w:rsidRPr="009554AF" w:rsidRDefault="00EF3D19">
      <w:pPr>
        <w:pStyle w:val="Puntoelenco"/>
        <w:spacing w:after="6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che il/i minore/i è/sono residente/i nel Comune di D</w:t>
      </w:r>
      <w:r w:rsidR="004D53F5" w:rsidRPr="009554AF">
        <w:rPr>
          <w:rFonts w:cs="Tahoma"/>
          <w:lang w:val="it-IT"/>
        </w:rPr>
        <w:t>ervi</w:t>
      </w:r>
      <w:r w:rsidRPr="009554AF">
        <w:rPr>
          <w:rFonts w:cs="Tahoma"/>
          <w:lang w:val="it-IT"/>
        </w:rPr>
        <w:t>o;</w:t>
      </w:r>
    </w:p>
    <w:p w14:paraId="63140CEC" w14:textId="65C15521" w:rsidR="00E44350" w:rsidRPr="009554AF" w:rsidRDefault="00EF3D19">
      <w:pPr>
        <w:pStyle w:val="Puntoelenco"/>
        <w:spacing w:after="6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 xml:space="preserve">che il/i minore/i è/sono iscritto/i e frequenterà/frequenteranno nell’a.s. 2026/2027 </w:t>
      </w:r>
      <w:r w:rsidR="004D53F5" w:rsidRPr="009554AF">
        <w:rPr>
          <w:rFonts w:cs="Tahoma"/>
          <w:lang w:val="it-IT"/>
        </w:rPr>
        <w:t>la classe prima primaria del</w:t>
      </w:r>
      <w:r w:rsidRPr="009554AF">
        <w:rPr>
          <w:rFonts w:cs="Tahoma"/>
          <w:lang w:val="it-IT"/>
        </w:rPr>
        <w:t xml:space="preserve"> plesso indicato nella tabella che precede;</w:t>
      </w:r>
    </w:p>
    <w:p w14:paraId="1340AD5A" w14:textId="77777777" w:rsidR="00E44350" w:rsidRPr="009554AF" w:rsidRDefault="00EF3D19">
      <w:pPr>
        <w:pStyle w:val="Puntoelenco"/>
        <w:spacing w:after="6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che la famiglia provvede autonomamente al trasporto quotidiano del/dei minore/i e non fruisce, per la medesima tratta, di un servizio di trasporto organizzato dal Comune;</w:t>
      </w:r>
    </w:p>
    <w:p w14:paraId="33471396" w14:textId="77777777" w:rsidR="00E44350" w:rsidRPr="009554AF" w:rsidRDefault="00EF3D19">
      <w:pPr>
        <w:pStyle w:val="Puntoelenco"/>
        <w:spacing w:after="6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che non sono percepiti altri contributi o rimborsi pubblici aventi il medesimo oggetto;</w:t>
      </w:r>
    </w:p>
    <w:p w14:paraId="48C73CAE" w14:textId="77777777" w:rsidR="00E44350" w:rsidRPr="009554AF" w:rsidRDefault="00EF3D19">
      <w:pPr>
        <w:pStyle w:val="Puntoelenco"/>
        <w:spacing w:after="6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di essere a conoscenza che, in presenza di più minori dello stesso nucleo familiare frequentanti il medesimo plesso con orari di ingresso e di uscita coincidenti, il contributo è riconosciuto una sola volta al nucleo familiare;</w:t>
      </w:r>
    </w:p>
    <w:p w14:paraId="1E6FBB3A" w14:textId="77777777" w:rsidR="00E44350" w:rsidRPr="009554AF" w:rsidRDefault="00EF3D19">
      <w:pPr>
        <w:pStyle w:val="Puntoelenco"/>
        <w:spacing w:after="6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di essere a conoscenza che il contributo spetta solo per il periodo di possesso dei requisiti ed è rideterminato in caso di ritiro, trasferimento, perdita della residenza, cessazione della frequenza o assenza ingiustificata continuativa superiore a trenta giorni;</w:t>
      </w:r>
    </w:p>
    <w:p w14:paraId="3F6E55A5" w14:textId="77777777" w:rsidR="00E44350" w:rsidRPr="009554AF" w:rsidRDefault="00EF3D19">
      <w:pPr>
        <w:pStyle w:val="Puntoelenco"/>
        <w:spacing w:after="6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di impegnarsi a comunicare tempestivamente ogni variazione e a restituire l’eventuale quota non dovuta;</w:t>
      </w:r>
    </w:p>
    <w:p w14:paraId="06D86FEA" w14:textId="77777777" w:rsidR="00E44350" w:rsidRPr="009554AF" w:rsidRDefault="00EF3D19">
      <w:pPr>
        <w:pStyle w:val="Puntoelenco"/>
        <w:spacing w:after="6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di essere a conoscenza che il contributo è erogato in un’unica soluzione ovvero in due rate, secondo la valutazione del Responsabile del servizio;</w:t>
      </w:r>
    </w:p>
    <w:p w14:paraId="384A16BC" w14:textId="77777777" w:rsidR="00E44350" w:rsidRPr="009554AF" w:rsidRDefault="00EF3D19">
      <w:pPr>
        <w:pStyle w:val="Puntoelenco"/>
        <w:spacing w:after="6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di aver preso visione dell’avviso pubblico e di accettarne integralmente le condizioni;</w:t>
      </w:r>
    </w:p>
    <w:p w14:paraId="0D570304" w14:textId="0995ACD8" w:rsidR="00E44350" w:rsidRPr="009554AF" w:rsidRDefault="00EF3D19">
      <w:pPr>
        <w:pStyle w:val="Puntoelenco"/>
        <w:spacing w:after="6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di aver preso visione dell’informativa sul trattamento dei dati personali contenuta nell’avviso pubblico, resa ai sensi degli artt. 13 e 14 del Regolamento (UE) 2016/679.</w:t>
      </w:r>
    </w:p>
    <w:p w14:paraId="5E1B6653" w14:textId="0F24E884" w:rsidR="00E44350" w:rsidRPr="009554AF" w:rsidRDefault="00EF3D19" w:rsidP="00632ADC">
      <w:pPr>
        <w:spacing w:before="240" w:after="160" w:line="360" w:lineRule="auto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Chiede che il contributo sia accreditato sul conto corrente IBAN: _____________________</w:t>
      </w:r>
      <w:r w:rsidR="008037AF">
        <w:rPr>
          <w:rFonts w:cs="Tahoma"/>
          <w:lang w:val="it-IT"/>
        </w:rPr>
        <w:t>___</w:t>
      </w:r>
      <w:r w:rsidRPr="009554AF">
        <w:rPr>
          <w:rFonts w:cs="Tahoma"/>
          <w:lang w:val="it-IT"/>
        </w:rPr>
        <w:t>___________ intestato a ______________________________________.</w:t>
      </w:r>
    </w:p>
    <w:p w14:paraId="5C316EFE" w14:textId="77777777" w:rsidR="00E44350" w:rsidRPr="009554AF" w:rsidRDefault="00EF3D19">
      <w:pPr>
        <w:spacing w:after="280"/>
        <w:jc w:val="both"/>
        <w:rPr>
          <w:rFonts w:cs="Tahoma"/>
          <w:lang w:val="it-IT"/>
        </w:rPr>
      </w:pPr>
      <w:r w:rsidRPr="009554AF">
        <w:rPr>
          <w:rFonts w:cs="Tahoma"/>
          <w:lang w:val="it-IT"/>
        </w:rPr>
        <w:t>Allega: copia del documento di identità del sottoscrittore.</w:t>
      </w:r>
    </w:p>
    <w:p w14:paraId="6F7BF53D" w14:textId="1EADF243" w:rsidR="00E44350" w:rsidRPr="009554AF" w:rsidRDefault="00EF3D19">
      <w:pPr>
        <w:rPr>
          <w:rFonts w:cs="Tahoma"/>
          <w:lang w:val="it-IT"/>
        </w:rPr>
      </w:pPr>
      <w:r w:rsidRPr="009554AF">
        <w:rPr>
          <w:rFonts w:cs="Tahoma"/>
          <w:lang w:val="it-IT"/>
        </w:rPr>
        <w:t xml:space="preserve">Luogo e data ____________________         </w:t>
      </w:r>
      <w:r w:rsidR="00E45310" w:rsidRPr="009554AF">
        <w:rPr>
          <w:rFonts w:cs="Tahoma"/>
          <w:lang w:val="it-IT"/>
        </w:rPr>
        <w:tab/>
      </w:r>
      <w:r w:rsidR="00E45310" w:rsidRPr="009554AF">
        <w:rPr>
          <w:rFonts w:cs="Tahoma"/>
          <w:lang w:val="it-IT"/>
        </w:rPr>
        <w:tab/>
      </w:r>
      <w:r w:rsidR="00E45310" w:rsidRPr="009554AF">
        <w:rPr>
          <w:rFonts w:cs="Tahoma"/>
          <w:lang w:val="it-IT"/>
        </w:rPr>
        <w:tab/>
      </w:r>
      <w:r w:rsidRPr="009554AF">
        <w:rPr>
          <w:rFonts w:cs="Tahoma"/>
          <w:lang w:val="it-IT"/>
        </w:rPr>
        <w:t xml:space="preserve"> Firma ______________________________</w:t>
      </w:r>
    </w:p>
    <w:sectPr w:rsidR="00E44350" w:rsidRPr="009554AF" w:rsidSect="0059083B">
      <w:headerReference w:type="default" r:id="rId9"/>
      <w:pgSz w:w="12240" w:h="15840"/>
      <w:pgMar w:top="426" w:right="474" w:bottom="720" w:left="72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A3E96" w14:textId="77777777" w:rsidR="008E0C01" w:rsidRDefault="008E0C01" w:rsidP="00E45310">
      <w:pPr>
        <w:spacing w:after="0"/>
      </w:pPr>
      <w:r>
        <w:separator/>
      </w:r>
    </w:p>
  </w:endnote>
  <w:endnote w:type="continuationSeparator" w:id="0">
    <w:p w14:paraId="54F8CE1D" w14:textId="77777777" w:rsidR="008E0C01" w:rsidRDefault="008E0C01" w:rsidP="00E453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5F721" w14:textId="77777777" w:rsidR="008E0C01" w:rsidRDefault="008E0C01" w:rsidP="00E45310">
      <w:pPr>
        <w:spacing w:after="0"/>
      </w:pPr>
      <w:r>
        <w:separator/>
      </w:r>
    </w:p>
  </w:footnote>
  <w:footnote w:type="continuationSeparator" w:id="0">
    <w:p w14:paraId="4900EFBD" w14:textId="77777777" w:rsidR="008E0C01" w:rsidRDefault="008E0C01" w:rsidP="00E453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047EC" w14:textId="127B6FC1" w:rsidR="00E45310" w:rsidRDefault="00E45310" w:rsidP="00E45310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9096577">
    <w:abstractNumId w:val="8"/>
  </w:num>
  <w:num w:numId="2" w16cid:durableId="1516656302">
    <w:abstractNumId w:val="6"/>
  </w:num>
  <w:num w:numId="3" w16cid:durableId="1335569731">
    <w:abstractNumId w:val="5"/>
  </w:num>
  <w:num w:numId="4" w16cid:durableId="139733952">
    <w:abstractNumId w:val="4"/>
  </w:num>
  <w:num w:numId="5" w16cid:durableId="232736993">
    <w:abstractNumId w:val="7"/>
  </w:num>
  <w:num w:numId="6" w16cid:durableId="653534704">
    <w:abstractNumId w:val="3"/>
  </w:num>
  <w:num w:numId="7" w16cid:durableId="735516659">
    <w:abstractNumId w:val="2"/>
  </w:num>
  <w:num w:numId="8" w16cid:durableId="366492272">
    <w:abstractNumId w:val="1"/>
  </w:num>
  <w:num w:numId="9" w16cid:durableId="1997225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25A7"/>
    <w:rsid w:val="0029639D"/>
    <w:rsid w:val="00326F90"/>
    <w:rsid w:val="003A242C"/>
    <w:rsid w:val="00482260"/>
    <w:rsid w:val="004D53F5"/>
    <w:rsid w:val="004F10D0"/>
    <w:rsid w:val="0059083B"/>
    <w:rsid w:val="00632ADC"/>
    <w:rsid w:val="008037AF"/>
    <w:rsid w:val="008E0C01"/>
    <w:rsid w:val="009554AF"/>
    <w:rsid w:val="00AA1D8D"/>
    <w:rsid w:val="00B32594"/>
    <w:rsid w:val="00B47730"/>
    <w:rsid w:val="00CB0664"/>
    <w:rsid w:val="00DB7939"/>
    <w:rsid w:val="00E44350"/>
    <w:rsid w:val="00E45310"/>
    <w:rsid w:val="00EF3D19"/>
    <w:rsid w:val="00F727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A69D5A"/>
  <w14:defaultImageDpi w14:val="300"/>
  <w15:docId w15:val="{20A697E0-8959-4CE1-AC95-6F273179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40" w:lineRule="auto"/>
    </w:pPr>
    <w:rPr>
      <w:rFonts w:ascii="Arial Nova Light" w:eastAsia="Arial Nova Light" w:hAnsi="Arial Nova Light" w:cs="Arial Nova Light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E4531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5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dervio@pec.regione.lombard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Fulvia Acquistapace</cp:lastModifiedBy>
  <cp:revision>7</cp:revision>
  <cp:lastPrinted>2026-09-18T08:37:00Z</cp:lastPrinted>
  <dcterms:created xsi:type="dcterms:W3CDTF">2013-12-23T23:15:00Z</dcterms:created>
  <dcterms:modified xsi:type="dcterms:W3CDTF">2026-09-18T08:55:00Z</dcterms:modified>
  <cp:category/>
</cp:coreProperties>
</file>